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CCFD6" w14:textId="77777777" w:rsidR="00FA25F3" w:rsidRDefault="00000000">
      <w:pPr>
        <w:pStyle w:val="Title"/>
        <w:jc w:val="center"/>
      </w:pPr>
      <w:r>
        <w:rPr>
          <w:rFonts w:ascii="Times New Roman" w:hAnsi="Times New Roman"/>
        </w:rPr>
        <w:t>OBRAZAC ZA DOSTAVU ISKAZA INTERESA ZA KONCERTE U SARAJEVU U 2027. GODINI</w:t>
      </w:r>
    </w:p>
    <w:p w14:paraId="501E27F2" w14:textId="77777777" w:rsidR="00FA25F3" w:rsidRDefault="00000000">
      <w:r>
        <w:t>Obrazac se dostavlja uz preliminarni programski i finansijski prijedlog radi istraživanja tržišta i planiranja koncertnih događaja, u skladu s Javnim pozivom.</w:t>
      </w:r>
    </w:p>
    <w:p w14:paraId="2FEF5BA3" w14:textId="77777777" w:rsidR="00FA25F3" w:rsidRDefault="00000000">
      <w:pPr>
        <w:pStyle w:val="Heading1"/>
        <w:spacing w:before="160" w:after="80"/>
      </w:pPr>
      <w:r>
        <w:rPr>
          <w:rFonts w:ascii="Times New Roman" w:hAnsi="Times New Roman"/>
        </w:rPr>
        <w:t>1 PODACI O PRAVNOM LICU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669"/>
      </w:tblGrid>
      <w:tr w:rsidR="00FA25F3" w14:paraId="78E26277" w14:textId="77777777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9B4533" w14:textId="77777777" w:rsidR="00FA25F3" w:rsidRDefault="00000000">
            <w:pPr>
              <w:spacing w:before="40" w:after="40"/>
            </w:pPr>
            <w:r>
              <w:t>Naziv pravnog lica</w:t>
            </w:r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BA65DB" w14:textId="77777777" w:rsidR="00FA25F3" w:rsidRDefault="00FA25F3">
            <w:pPr>
              <w:spacing w:before="40" w:after="40"/>
            </w:pPr>
          </w:p>
        </w:tc>
      </w:tr>
      <w:tr w:rsidR="00FA25F3" w14:paraId="0602F9E4" w14:textId="77777777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E85C41" w14:textId="77777777" w:rsidR="00FA25F3" w:rsidRDefault="00000000">
            <w:pPr>
              <w:spacing w:before="40" w:after="40"/>
            </w:pPr>
            <w:r>
              <w:t>Adresa</w:t>
            </w:r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27E82E" w14:textId="77777777" w:rsidR="00FA25F3" w:rsidRDefault="00FA25F3">
            <w:pPr>
              <w:spacing w:before="40" w:after="40"/>
            </w:pPr>
          </w:p>
        </w:tc>
      </w:tr>
      <w:tr w:rsidR="00FA25F3" w14:paraId="26309217" w14:textId="77777777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3956C0" w14:textId="77777777" w:rsidR="00FA25F3" w:rsidRDefault="00000000">
            <w:pPr>
              <w:spacing w:before="40" w:after="40"/>
            </w:pPr>
            <w:r>
              <w:t>ID broj</w:t>
            </w:r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C1E310" w14:textId="77777777" w:rsidR="00FA25F3" w:rsidRDefault="00FA25F3">
            <w:pPr>
              <w:spacing w:before="40" w:after="40"/>
            </w:pPr>
          </w:p>
        </w:tc>
      </w:tr>
      <w:tr w:rsidR="00FA25F3" w14:paraId="39FF61EA" w14:textId="77777777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613574" w14:textId="77777777" w:rsidR="00FA25F3" w:rsidRDefault="00000000">
            <w:pPr>
              <w:spacing w:before="40" w:after="40"/>
            </w:pPr>
            <w:r>
              <w:t>PDV broj ili naznaka da lice nije PDV obveznik</w:t>
            </w:r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4C665B" w14:textId="77777777" w:rsidR="00FA25F3" w:rsidRDefault="00FA25F3">
            <w:pPr>
              <w:spacing w:before="40" w:after="40"/>
            </w:pPr>
          </w:p>
        </w:tc>
      </w:tr>
      <w:tr w:rsidR="00FA25F3" w14:paraId="5431432E" w14:textId="77777777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5C11F9" w14:textId="77777777" w:rsidR="00FA25F3" w:rsidRDefault="00000000">
            <w:pPr>
              <w:spacing w:before="40" w:after="40"/>
            </w:pPr>
            <w:r>
              <w:t>Kontakt osoba</w:t>
            </w:r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2A2745" w14:textId="77777777" w:rsidR="00FA25F3" w:rsidRDefault="00FA25F3">
            <w:pPr>
              <w:spacing w:before="40" w:after="40"/>
            </w:pPr>
          </w:p>
        </w:tc>
      </w:tr>
      <w:tr w:rsidR="00FA25F3" w14:paraId="6AC9E438" w14:textId="77777777">
        <w:trPr>
          <w:cantSplit/>
          <w:jc w:val="center"/>
        </w:trPr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EB0FA3" w14:textId="77777777" w:rsidR="00FA25F3" w:rsidRDefault="00000000">
            <w:pPr>
              <w:spacing w:before="40" w:after="40"/>
            </w:pPr>
            <w:r>
              <w:t>E-mail i telefon</w:t>
            </w:r>
          </w:p>
        </w:tc>
        <w:tc>
          <w:tcPr>
            <w:tcW w:w="56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C37E1C" w14:textId="77777777" w:rsidR="00FA25F3" w:rsidRDefault="00FA25F3">
            <w:pPr>
              <w:spacing w:before="40" w:after="40"/>
            </w:pPr>
          </w:p>
        </w:tc>
      </w:tr>
    </w:tbl>
    <w:p w14:paraId="5E451ACC" w14:textId="77777777" w:rsidR="00FA25F3" w:rsidRDefault="00000000">
      <w:pPr>
        <w:pStyle w:val="Heading1"/>
        <w:spacing w:before="160" w:after="80"/>
      </w:pPr>
      <w:r>
        <w:rPr>
          <w:rFonts w:ascii="Times New Roman" w:hAnsi="Times New Roman"/>
        </w:rPr>
        <w:t>2 PREDLOŽENI PROGRAM I IZVOĐAČI</w:t>
      </w:r>
    </w:p>
    <w:p w14:paraId="1C21F807" w14:textId="77777777" w:rsidR="00FA25F3" w:rsidRDefault="00000000">
      <w:r>
        <w:t>Vrsta prijedloga:  ☐ Koncerti tokom 2027. godine   ☐ Novogodišnji koncerti</w:t>
      </w:r>
    </w:p>
    <w:p w14:paraId="5E34D7F1" w14:textId="4ABF412C" w:rsidR="00FA25F3" w:rsidRDefault="00000000" w:rsidP="000C0A7A">
      <w:pPr>
        <w:jc w:val="both"/>
      </w:pPr>
      <w:r>
        <w:t xml:space="preserve">Novogodišnji program odnosi se na period pred Novu godinu i </w:t>
      </w:r>
      <w:proofErr w:type="spellStart"/>
      <w:r>
        <w:t>nakon</w:t>
      </w:r>
      <w:proofErr w:type="spellEnd"/>
      <w:r>
        <w:t xml:space="preserve"> Nove </w:t>
      </w:r>
      <w:proofErr w:type="spellStart"/>
      <w:r>
        <w:t>godine</w:t>
      </w:r>
      <w:proofErr w:type="spellEnd"/>
      <w:r>
        <w:t>. Prijedlog mora obuhvatiti sve tri koncertne večeri.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2268"/>
        <w:gridCol w:w="3118"/>
        <w:gridCol w:w="2551"/>
      </w:tblGrid>
      <w:tr w:rsidR="00FA25F3" w14:paraId="32EB5ABA" w14:textId="77777777">
        <w:trPr>
          <w:cantSplit/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4D299E" w14:textId="58AB01DF" w:rsidR="00FA25F3" w:rsidRDefault="00833AD0">
            <w:pPr>
              <w:spacing w:before="40" w:after="40"/>
            </w:pPr>
            <w:proofErr w:type="spellStart"/>
            <w:r>
              <w:rPr>
                <w:b/>
              </w:rPr>
              <w:t>Redni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broj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koncerta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426FE9" w14:textId="77777777" w:rsidR="00FA25F3" w:rsidRDefault="00000000">
            <w:pPr>
              <w:spacing w:before="40" w:after="40"/>
            </w:pPr>
            <w:r>
              <w:rPr>
                <w:b/>
              </w:rPr>
              <w:t>Okvirni period nastupa</w:t>
            </w: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CC0B7F" w14:textId="77777777" w:rsidR="00FA25F3" w:rsidRDefault="00000000">
            <w:pPr>
              <w:spacing w:before="40" w:after="40"/>
            </w:pPr>
            <w:r>
              <w:rPr>
                <w:b/>
              </w:rPr>
              <w:t>Izvođač ili bend</w:t>
            </w:r>
          </w:p>
        </w:tc>
        <w:tc>
          <w:tcPr>
            <w:tcW w:w="25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E1D669" w14:textId="77777777" w:rsidR="00FA25F3" w:rsidRDefault="00000000">
            <w:pPr>
              <w:spacing w:before="40" w:after="40"/>
            </w:pPr>
            <w:r>
              <w:rPr>
                <w:b/>
              </w:rPr>
              <w:t>Okvirni honorar (KM)</w:t>
            </w:r>
          </w:p>
        </w:tc>
      </w:tr>
      <w:tr w:rsidR="00FA25F3" w14:paraId="58214AE1" w14:textId="77777777">
        <w:trPr>
          <w:cantSplit/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047095" w14:textId="77777777" w:rsidR="00FA25F3" w:rsidRDefault="00000000">
            <w:pPr>
              <w:spacing w:before="40" w:after="40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5FC3E4" w14:textId="77777777" w:rsidR="00FA25F3" w:rsidRDefault="00FA25F3">
            <w:pPr>
              <w:spacing w:before="40" w:after="40"/>
            </w:pP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FEAF1C5" w14:textId="77777777" w:rsidR="00FA25F3" w:rsidRDefault="00FA25F3">
            <w:pPr>
              <w:spacing w:before="40" w:after="40"/>
            </w:pPr>
          </w:p>
        </w:tc>
        <w:tc>
          <w:tcPr>
            <w:tcW w:w="25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49FAA4" w14:textId="77777777" w:rsidR="00FA25F3" w:rsidRDefault="00FA25F3">
            <w:pPr>
              <w:spacing w:before="40" w:after="40"/>
            </w:pPr>
          </w:p>
        </w:tc>
      </w:tr>
      <w:tr w:rsidR="00FA25F3" w14:paraId="698E3BBF" w14:textId="77777777">
        <w:trPr>
          <w:cantSplit/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4289C2" w14:textId="77777777" w:rsidR="00FA25F3" w:rsidRDefault="00000000">
            <w:pPr>
              <w:spacing w:before="40" w:after="40"/>
            </w:pPr>
            <w:r>
              <w:t>2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ABA028" w14:textId="77777777" w:rsidR="00FA25F3" w:rsidRDefault="00FA25F3">
            <w:pPr>
              <w:spacing w:before="40" w:after="40"/>
            </w:pP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2BFFB7" w14:textId="77777777" w:rsidR="00FA25F3" w:rsidRDefault="00FA25F3">
            <w:pPr>
              <w:spacing w:before="40" w:after="40"/>
            </w:pPr>
          </w:p>
        </w:tc>
        <w:tc>
          <w:tcPr>
            <w:tcW w:w="25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FDD983" w14:textId="77777777" w:rsidR="00FA25F3" w:rsidRDefault="00FA25F3">
            <w:pPr>
              <w:spacing w:before="40" w:after="40"/>
            </w:pPr>
          </w:p>
        </w:tc>
      </w:tr>
      <w:tr w:rsidR="00FA25F3" w14:paraId="23B110BD" w14:textId="77777777">
        <w:trPr>
          <w:cantSplit/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970154" w14:textId="77777777" w:rsidR="00FA25F3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1ABF6C" w14:textId="77777777" w:rsidR="00FA25F3" w:rsidRDefault="00FA25F3">
            <w:pPr>
              <w:spacing w:before="40" w:after="40"/>
            </w:pPr>
          </w:p>
        </w:tc>
        <w:tc>
          <w:tcPr>
            <w:tcW w:w="311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2E45C8" w14:textId="77777777" w:rsidR="00FA25F3" w:rsidRDefault="00FA25F3">
            <w:pPr>
              <w:spacing w:before="40" w:after="40"/>
            </w:pPr>
          </w:p>
        </w:tc>
        <w:tc>
          <w:tcPr>
            <w:tcW w:w="255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3808A8" w14:textId="77777777" w:rsidR="00FA25F3" w:rsidRDefault="00FA25F3">
            <w:pPr>
              <w:spacing w:before="40" w:after="40"/>
            </w:pPr>
          </w:p>
        </w:tc>
      </w:tr>
    </w:tbl>
    <w:p w14:paraId="5ADBF84D" w14:textId="77777777" w:rsidR="00FA25F3" w:rsidRDefault="00000000">
      <w:r>
        <w:t>Porezni tretman honorara (navesti uključene i eventualne dodatne poreze i davanja):</w:t>
      </w:r>
      <w:r>
        <w:br/>
        <w:t>________________________________________________________________________</w:t>
      </w:r>
    </w:p>
    <w:p w14:paraId="43D1936A" w14:textId="77777777" w:rsidR="00FA25F3" w:rsidRDefault="00000000">
      <w:r>
        <w:t>Kratak opis programa i prijedlog lokacije, ako je poznata:</w:t>
      </w:r>
      <w:r>
        <w:br/>
        <w:t>________________________________________________________________________</w:t>
      </w:r>
      <w:r>
        <w:br/>
        <w:t>________________________________________________________________________</w:t>
      </w:r>
    </w:p>
    <w:p w14:paraId="5A11237F" w14:textId="77777777" w:rsidR="00FA25F3" w:rsidRDefault="00000000">
      <w:r>
        <w:t>Za više izvođača ili koncerata priložiti dodatne redove ili zaseban pregled. Honorare iskazati pojedinačno za svakog izvođača ili bend.</w:t>
      </w:r>
    </w:p>
    <w:p w14:paraId="5E8B9EBE" w14:textId="77777777" w:rsidR="00FA25F3" w:rsidRDefault="00000000">
      <w:r>
        <w:br w:type="page"/>
      </w:r>
    </w:p>
    <w:p w14:paraId="2D55D689" w14:textId="77777777" w:rsidR="00FA25F3" w:rsidRDefault="00000000">
      <w:pPr>
        <w:pStyle w:val="Heading1"/>
        <w:spacing w:before="160" w:after="80"/>
      </w:pPr>
      <w:r>
        <w:rPr>
          <w:rFonts w:ascii="Times New Roman" w:hAnsi="Times New Roman"/>
        </w:rPr>
        <w:lastRenderedPageBreak/>
        <w:t>3 OKVIRNI TROŠKOVNIK</w:t>
      </w:r>
    </w:p>
    <w:p w14:paraId="511414BE" w14:textId="6D5A25BA" w:rsidR="00FA25F3" w:rsidRDefault="00833AD0">
      <w:proofErr w:type="spellStart"/>
      <w:r>
        <w:t>Redni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koncerta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2: ______________________________</w:t>
      </w:r>
    </w:p>
    <w:p w14:paraId="0A6CA819" w14:textId="791AC805" w:rsidR="00FA25F3" w:rsidRDefault="00000000" w:rsidP="00833AD0">
      <w:pPr>
        <w:jc w:val="both"/>
      </w:pPr>
      <w:r>
        <w:t xml:space="preserve">Troškovnik popuniti zasebno za svaki koncert. Za novogodišnji program priložiti troškovnike za sve tri </w:t>
      </w:r>
      <w:proofErr w:type="spellStart"/>
      <w:r>
        <w:t>večeri</w:t>
      </w:r>
      <w:proofErr w:type="spellEnd"/>
      <w:r>
        <w:t xml:space="preserve"> i </w:t>
      </w:r>
      <w:proofErr w:type="spellStart"/>
      <w:r>
        <w:t>navesti</w:t>
      </w:r>
      <w:proofErr w:type="spellEnd"/>
      <w:r>
        <w:t xml:space="preserve"> </w:t>
      </w:r>
      <w:proofErr w:type="spellStart"/>
      <w:r>
        <w:t>ukupnu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programa</w:t>
      </w:r>
      <w:proofErr w:type="spellEnd"/>
      <w:r w:rsidR="00A123C1">
        <w:t xml:space="preserve">, </w:t>
      </w:r>
      <w:proofErr w:type="spellStart"/>
      <w:r w:rsidR="00A123C1">
        <w:t>dok</w:t>
      </w:r>
      <w:proofErr w:type="spellEnd"/>
      <w:r w:rsidR="00A123C1">
        <w:t xml:space="preserve"> </w:t>
      </w:r>
      <w:proofErr w:type="spellStart"/>
      <w:r w:rsidR="00A123C1">
        <w:t>z</w:t>
      </w:r>
      <w:r>
        <w:t>ajedničke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 w:rsidR="00A123C1">
        <w:t>treba</w:t>
      </w:r>
      <w:proofErr w:type="spellEnd"/>
      <w:r w:rsidR="00A123C1">
        <w:t xml:space="preserve"> </w:t>
      </w:r>
      <w:proofErr w:type="spellStart"/>
      <w:r>
        <w:t>prikazati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jednom</w:t>
      </w:r>
      <w:proofErr w:type="spellEnd"/>
      <w:r>
        <w:t>.</w:t>
      </w:r>
      <w:r w:rsidR="00A123C1" w:rsidRPr="00A123C1">
        <w:t xml:space="preserve"> </w:t>
      </w:r>
    </w:p>
    <w:p w14:paraId="0AA91742" w14:textId="77777777" w:rsidR="00A123C1" w:rsidRDefault="00A123C1" w:rsidP="00833AD0">
      <w:pPr>
        <w:jc w:val="both"/>
      </w:pPr>
    </w:p>
    <w:tbl>
      <w:tblPr>
        <w:tblW w:w="9638" w:type="dxa"/>
        <w:jc w:val="center"/>
        <w:tblLayout w:type="fixed"/>
        <w:tblLook w:val="04A0" w:firstRow="1" w:lastRow="0" w:firstColumn="1" w:lastColumn="0" w:noHBand="0" w:noVBand="1"/>
      </w:tblPr>
      <w:tblGrid>
        <w:gridCol w:w="6803"/>
        <w:gridCol w:w="2835"/>
      </w:tblGrid>
      <w:tr w:rsidR="00FA25F3" w14:paraId="0ADFE48E" w14:textId="77777777" w:rsidTr="00EB747A">
        <w:trPr>
          <w:cantSplit/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799037" w14:textId="77777777" w:rsidR="00FA25F3" w:rsidRDefault="00000000">
            <w:pPr>
              <w:spacing w:before="40" w:after="40"/>
            </w:pPr>
            <w:r>
              <w:rPr>
                <w:b/>
              </w:rPr>
              <w:t>Specifikacija troška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9E4C3F" w14:textId="77777777" w:rsidR="00FA25F3" w:rsidRDefault="00000000">
            <w:pPr>
              <w:spacing w:before="40" w:after="40"/>
            </w:pPr>
            <w:r>
              <w:rPr>
                <w:b/>
              </w:rPr>
              <w:t>Iznos bez PDV-a (KM)</w:t>
            </w:r>
          </w:p>
        </w:tc>
      </w:tr>
      <w:tr w:rsidR="00FA25F3" w14:paraId="7C76F759" w14:textId="77777777" w:rsidTr="00EB747A">
        <w:trPr>
          <w:cantSplit/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4FE2FE" w14:textId="77777777" w:rsidR="00FA25F3" w:rsidRDefault="00000000">
            <w:pPr>
              <w:spacing w:before="40" w:after="40"/>
            </w:pPr>
            <w:r>
              <w:t>Honorari izvođača ili bendova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C40815" w14:textId="77777777" w:rsidR="00FA25F3" w:rsidRDefault="00FA25F3">
            <w:pPr>
              <w:spacing w:before="40" w:after="40"/>
            </w:pPr>
          </w:p>
        </w:tc>
      </w:tr>
      <w:tr w:rsidR="00FA25F3" w14:paraId="3AB935C4" w14:textId="77777777" w:rsidTr="00EB747A">
        <w:trPr>
          <w:cantSplit/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FC1CEC" w14:textId="77777777" w:rsidR="00FA25F3" w:rsidRDefault="00000000">
            <w:pPr>
              <w:spacing w:before="40" w:after="40"/>
            </w:pPr>
            <w:r>
              <w:t>Tehnička i produkcijska realizacija (ozvučenje, rasvjeta, bina, tehničko osoblje i dr.)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EE72DC" w14:textId="77777777" w:rsidR="00FA25F3" w:rsidRDefault="00FA25F3">
            <w:pPr>
              <w:spacing w:before="40" w:after="40"/>
            </w:pPr>
          </w:p>
        </w:tc>
      </w:tr>
      <w:tr w:rsidR="00FA25F3" w14:paraId="105BAE44" w14:textId="77777777" w:rsidTr="00EB747A">
        <w:trPr>
          <w:cantSplit/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5083DB" w14:textId="77777777" w:rsidR="00FA25F3" w:rsidRDefault="00000000">
            <w:pPr>
              <w:spacing w:before="40" w:after="40"/>
            </w:pPr>
            <w:r>
              <w:t>Smještaj i hrana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DF58BA" w14:textId="77777777" w:rsidR="00FA25F3" w:rsidRDefault="00FA25F3">
            <w:pPr>
              <w:spacing w:before="40" w:after="40"/>
            </w:pPr>
          </w:p>
        </w:tc>
      </w:tr>
      <w:tr w:rsidR="00FA25F3" w14:paraId="65979222" w14:textId="77777777" w:rsidTr="00EB747A">
        <w:trPr>
          <w:cantSplit/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392040" w14:textId="77777777" w:rsidR="00FA25F3" w:rsidRDefault="00000000">
            <w:pPr>
              <w:spacing w:before="40" w:after="40"/>
            </w:pPr>
            <w:r>
              <w:t>Redari i zaštitari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96FDE9" w14:textId="77777777" w:rsidR="00FA25F3" w:rsidRDefault="00FA25F3">
            <w:pPr>
              <w:spacing w:before="40" w:after="40"/>
            </w:pPr>
          </w:p>
        </w:tc>
      </w:tr>
      <w:tr w:rsidR="00FA25F3" w14:paraId="6B122503" w14:textId="77777777" w:rsidTr="00EB747A">
        <w:trPr>
          <w:cantSplit/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CE0EED" w14:textId="77777777" w:rsidR="00FA25F3" w:rsidRDefault="00000000">
            <w:pPr>
              <w:spacing w:before="40" w:after="40"/>
            </w:pPr>
            <w:r>
              <w:t>Prevoz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1F5524" w14:textId="77777777" w:rsidR="00FA25F3" w:rsidRDefault="00FA25F3">
            <w:pPr>
              <w:spacing w:before="40" w:after="40"/>
            </w:pPr>
          </w:p>
        </w:tc>
      </w:tr>
      <w:tr w:rsidR="00FA25F3" w14:paraId="07E19D49" w14:textId="77777777" w:rsidTr="00EB747A">
        <w:trPr>
          <w:cantSplit/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22DA41" w14:textId="77777777" w:rsidR="00FA25F3" w:rsidRDefault="00000000">
            <w:pPr>
              <w:spacing w:before="40" w:after="40"/>
            </w:pPr>
            <w:r>
              <w:t>Autorska prava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1BB452" w14:textId="77777777" w:rsidR="00FA25F3" w:rsidRDefault="00FA25F3">
            <w:pPr>
              <w:spacing w:before="40" w:after="40"/>
            </w:pPr>
          </w:p>
        </w:tc>
      </w:tr>
      <w:tr w:rsidR="00EB747A" w14:paraId="25CCCDA7" w14:textId="77777777" w:rsidTr="00EB747A">
        <w:trPr>
          <w:cantSplit/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8AE1B6" w14:textId="551E73B4" w:rsidR="00EB747A" w:rsidRDefault="00EB747A" w:rsidP="00EB747A">
            <w:pPr>
              <w:spacing w:before="40" w:after="40"/>
            </w:pPr>
            <w:proofErr w:type="spellStart"/>
            <w:r>
              <w:t>O</w:t>
            </w:r>
            <w:r>
              <w:t>baveze</w:t>
            </w:r>
            <w:proofErr w:type="spellEnd"/>
            <w:r>
              <w:t xml:space="preserve"> </w:t>
            </w:r>
            <w:proofErr w:type="spellStart"/>
            <w:r>
              <w:t>prema</w:t>
            </w:r>
            <w:proofErr w:type="spellEnd"/>
            <w:r>
              <w:t xml:space="preserve"> AMUS-u i </w:t>
            </w:r>
            <w:proofErr w:type="spellStart"/>
            <w:r>
              <w:t>drugim</w:t>
            </w:r>
            <w:proofErr w:type="spellEnd"/>
            <w:r>
              <w:t xml:space="preserve"> </w:t>
            </w:r>
            <w:proofErr w:type="spellStart"/>
            <w:r>
              <w:t>nadležnim</w:t>
            </w:r>
            <w:proofErr w:type="spellEnd"/>
            <w:r>
              <w:t xml:space="preserve"> </w:t>
            </w:r>
            <w:proofErr w:type="spellStart"/>
            <w:r>
              <w:t>organizacijama</w:t>
            </w:r>
            <w:proofErr w:type="spellEnd"/>
            <w:r>
              <w:t xml:space="preserve"> za </w:t>
            </w:r>
            <w:proofErr w:type="spellStart"/>
            <w:r>
              <w:t>ostvarivanje</w:t>
            </w:r>
            <w:proofErr w:type="spellEnd"/>
            <w:r>
              <w:t xml:space="preserve"> </w:t>
            </w:r>
            <w:proofErr w:type="spellStart"/>
            <w:r>
              <w:t>autorskih</w:t>
            </w:r>
            <w:proofErr w:type="spellEnd"/>
            <w:r>
              <w:t xml:space="preserve"> i </w:t>
            </w:r>
            <w:proofErr w:type="spellStart"/>
            <w:r>
              <w:t>srodnih</w:t>
            </w:r>
            <w:proofErr w:type="spellEnd"/>
            <w:r>
              <w:t xml:space="preserve"> </w:t>
            </w:r>
            <w:proofErr w:type="spellStart"/>
            <w:r>
              <w:t>prava</w:t>
            </w:r>
            <w:proofErr w:type="spellEnd"/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01A968" w14:textId="77777777" w:rsidR="00EB747A" w:rsidRDefault="00EB747A">
            <w:pPr>
              <w:spacing w:before="40" w:after="40"/>
            </w:pPr>
          </w:p>
        </w:tc>
      </w:tr>
      <w:tr w:rsidR="00FA25F3" w14:paraId="3E64347F" w14:textId="77777777" w:rsidTr="00EB747A">
        <w:trPr>
          <w:cantSplit/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5BB7C8" w14:textId="77777777" w:rsidR="00FA25F3" w:rsidRDefault="00000000">
            <w:pPr>
              <w:spacing w:before="40" w:after="40"/>
            </w:pPr>
            <w:r>
              <w:t xml:space="preserve">Organizacija </w:t>
            </w:r>
            <w:proofErr w:type="spellStart"/>
            <w:r>
              <w:t>koncerta</w:t>
            </w:r>
            <w:proofErr w:type="spellEnd"/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A671AF" w14:textId="77777777" w:rsidR="00FA25F3" w:rsidRDefault="00FA25F3">
            <w:pPr>
              <w:spacing w:before="40" w:after="40"/>
            </w:pPr>
          </w:p>
        </w:tc>
      </w:tr>
      <w:tr w:rsidR="00FA25F3" w14:paraId="6AB6A402" w14:textId="77777777" w:rsidTr="00EB747A">
        <w:trPr>
          <w:cantSplit/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3EB186" w14:textId="77777777" w:rsidR="00FA25F3" w:rsidRDefault="00000000">
            <w:pPr>
              <w:spacing w:before="40" w:after="40"/>
            </w:pPr>
            <w:r>
              <w:t>Ostalo (navesti): ________________________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2D1CCC" w14:textId="77777777" w:rsidR="00FA25F3" w:rsidRDefault="00FA25F3">
            <w:pPr>
              <w:spacing w:before="40" w:after="40"/>
            </w:pPr>
          </w:p>
        </w:tc>
      </w:tr>
      <w:tr w:rsidR="00FA25F3" w14:paraId="46BB7C24" w14:textId="77777777" w:rsidTr="00EB747A">
        <w:trPr>
          <w:cantSplit/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BEE220" w14:textId="77777777" w:rsidR="00FA25F3" w:rsidRDefault="00000000">
            <w:pPr>
              <w:spacing w:before="40" w:after="40"/>
            </w:pPr>
            <w:r>
              <w:t>UKUPNO BEZ PDV-a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F5DA10" w14:textId="77777777" w:rsidR="00FA25F3" w:rsidRDefault="00FA25F3">
            <w:pPr>
              <w:spacing w:before="40" w:after="40"/>
            </w:pPr>
          </w:p>
        </w:tc>
      </w:tr>
      <w:tr w:rsidR="00FA25F3" w14:paraId="7701C83F" w14:textId="77777777" w:rsidTr="00EB747A">
        <w:trPr>
          <w:cantSplit/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96533D" w14:textId="77777777" w:rsidR="00FA25F3" w:rsidRDefault="00000000">
            <w:pPr>
              <w:spacing w:before="40" w:after="40"/>
            </w:pPr>
            <w:r>
              <w:t>PDV (ako je primjenjiv)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03FCB1" w14:textId="77777777" w:rsidR="00FA25F3" w:rsidRDefault="00FA25F3">
            <w:pPr>
              <w:spacing w:before="40" w:after="40"/>
            </w:pPr>
          </w:p>
        </w:tc>
      </w:tr>
      <w:tr w:rsidR="00FA25F3" w14:paraId="4F97C70C" w14:textId="77777777" w:rsidTr="00EB747A">
        <w:trPr>
          <w:cantSplit/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6C10B3" w14:textId="77777777" w:rsidR="00FA25F3" w:rsidRDefault="00000000">
            <w:pPr>
              <w:spacing w:before="40" w:after="40"/>
            </w:pPr>
            <w:r>
              <w:t>UKUPNO S PDV-om / UKUPNO ZA PLAĆANJE</w:t>
            </w:r>
          </w:p>
        </w:tc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C96796" w14:textId="77777777" w:rsidR="00FA25F3" w:rsidRDefault="00FA25F3">
            <w:pPr>
              <w:spacing w:before="40" w:after="40"/>
            </w:pPr>
          </w:p>
        </w:tc>
      </w:tr>
    </w:tbl>
    <w:p w14:paraId="0CBC043C" w14:textId="77777777" w:rsidR="00FA25F3" w:rsidRDefault="00000000" w:rsidP="00A123C1">
      <w:pPr>
        <w:jc w:val="both"/>
      </w:pPr>
      <w:r>
        <w:t>Porezi i druga davanja osim PDV-a moraju biti uključeni u pripadajuće stavke ili zasebno navedeni i uračunati u ukupan iznos. Ako PDV nije primjenjiv, to naznačiti. Isti trošak ne iskazivati u više stavki.</w:t>
      </w:r>
    </w:p>
    <w:p w14:paraId="23FB225A" w14:textId="77777777" w:rsidR="00FA25F3" w:rsidRDefault="00000000">
      <w:r>
        <w:t>Ukupna okvirna vrijednost cjelokupnog predloženog programa za plaćanje (KM):</w:t>
      </w:r>
      <w:r>
        <w:br/>
        <w:t>________________________</w:t>
      </w:r>
    </w:p>
    <w:p w14:paraId="7461A524" w14:textId="77777777" w:rsidR="00FA25F3" w:rsidRDefault="00000000">
      <w:pPr>
        <w:pStyle w:val="Heading1"/>
        <w:spacing w:before="160" w:after="80"/>
      </w:pPr>
      <w:r>
        <w:rPr>
          <w:rFonts w:ascii="Times New Roman" w:hAnsi="Times New Roman"/>
        </w:rPr>
        <w:t>4 DOKAZ O EKSKLUZIVNOM ZASTUPANJU</w:t>
      </w:r>
    </w:p>
    <w:p w14:paraId="61095D19" w14:textId="77777777" w:rsidR="00FA25F3" w:rsidRDefault="00000000" w:rsidP="0052273F">
      <w:pPr>
        <w:jc w:val="both"/>
      </w:pPr>
      <w:r>
        <w:t>Za svakog predloženog izvođača ili bend priložiti ugovor, pismo o namjeri, potvrdu menadžmenta ili drugu relevantnu dokumentaciju iz koje jasno proizlazi pravo ekskluzivnog zastupanja za ponuđeni događaj.</w:t>
      </w:r>
    </w:p>
    <w:p w14:paraId="3F456E36" w14:textId="77777777" w:rsidR="00FA25F3" w:rsidRDefault="00000000">
      <w:r>
        <w:t>Popis priloga (izvođač ili bend i naziv dokumenta):</w:t>
      </w:r>
      <w:r>
        <w:br/>
        <w:t>________________________________________________________________________</w:t>
      </w:r>
      <w:r>
        <w:br/>
        <w:t>________________________________________________________________________</w:t>
      </w:r>
    </w:p>
    <w:p w14:paraId="65A1D732" w14:textId="77777777" w:rsidR="00FA25F3" w:rsidRDefault="00000000">
      <w:pPr>
        <w:pStyle w:val="Heading1"/>
        <w:spacing w:before="160" w:after="80"/>
      </w:pPr>
      <w:r>
        <w:rPr>
          <w:rFonts w:ascii="Times New Roman" w:hAnsi="Times New Roman"/>
        </w:rPr>
        <w:t>5 DODATNE NAPOMENE I PRIJEDLOZI</w:t>
      </w:r>
    </w:p>
    <w:p w14:paraId="0CC9813E" w14:textId="77777777" w:rsidR="00FA25F3" w:rsidRDefault="00000000">
      <w:r>
        <w:t>________________________________________________________________________</w:t>
      </w:r>
      <w:r>
        <w:br/>
        <w:t>________________________________________________________________________</w:t>
      </w:r>
    </w:p>
    <w:p w14:paraId="296FE677" w14:textId="77777777" w:rsidR="00FA25F3" w:rsidRDefault="00000000">
      <w:r>
        <w:t>Obrazac s prilozima dostaviti u roku i na način utvrđen Javnim pozivom. Dostavljeni iznosi su preliminarni. Iskaz interesa ne podrazumijeva izbor organizatora niti obavezu TZKS da pokrene nabavku, zaključi ugovor ili realizira događaj.</w:t>
      </w:r>
    </w:p>
    <w:p w14:paraId="44E92CE3" w14:textId="77777777" w:rsidR="00FA25F3" w:rsidRDefault="00000000">
      <w:r>
        <w:t>Mjesto i datum: __________________   Ovlašteno lice i potpis: __________________</w:t>
      </w:r>
    </w:p>
    <w:sectPr w:rsidR="00FA25F3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1981467">
    <w:abstractNumId w:val="8"/>
  </w:num>
  <w:num w:numId="2" w16cid:durableId="1340036686">
    <w:abstractNumId w:val="6"/>
  </w:num>
  <w:num w:numId="3" w16cid:durableId="22169888">
    <w:abstractNumId w:val="5"/>
  </w:num>
  <w:num w:numId="4" w16cid:durableId="1774785272">
    <w:abstractNumId w:val="4"/>
  </w:num>
  <w:num w:numId="5" w16cid:durableId="1357998292">
    <w:abstractNumId w:val="7"/>
  </w:num>
  <w:num w:numId="6" w16cid:durableId="1625188476">
    <w:abstractNumId w:val="3"/>
  </w:num>
  <w:num w:numId="7" w16cid:durableId="1932004475">
    <w:abstractNumId w:val="2"/>
  </w:num>
  <w:num w:numId="8" w16cid:durableId="558515410">
    <w:abstractNumId w:val="1"/>
  </w:num>
  <w:num w:numId="9" w16cid:durableId="1373652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2F6"/>
    <w:rsid w:val="00034616"/>
    <w:rsid w:val="0006063C"/>
    <w:rsid w:val="000C0A7A"/>
    <w:rsid w:val="0015074B"/>
    <w:rsid w:val="0029639D"/>
    <w:rsid w:val="00326F90"/>
    <w:rsid w:val="00333B5D"/>
    <w:rsid w:val="0052273F"/>
    <w:rsid w:val="00833AD0"/>
    <w:rsid w:val="00A123C1"/>
    <w:rsid w:val="00AA1D8D"/>
    <w:rsid w:val="00B47730"/>
    <w:rsid w:val="00C47B2A"/>
    <w:rsid w:val="00CB0664"/>
    <w:rsid w:val="00EB747A"/>
    <w:rsid w:val="00FA25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82F604"/>
  <w14:defaultImageDpi w14:val="300"/>
  <w15:docId w15:val="{BC2D823B-EF74-4080-8799-20210581E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Emina LN</cp:lastModifiedBy>
  <cp:revision>2</cp:revision>
  <dcterms:created xsi:type="dcterms:W3CDTF">2026-10-09T08:50:00Z</dcterms:created>
  <dcterms:modified xsi:type="dcterms:W3CDTF">2026-10-09T08:50:00Z</dcterms:modified>
  <cp:category/>
</cp:coreProperties>
</file>